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6DDF5"/>
  <w:body>
    <w:p w14:paraId="56B33CED" w14:textId="77777777" w:rsidR="005868D4" w:rsidRDefault="00000000">
      <w:pPr>
        <w:jc w:val="center"/>
      </w:pPr>
      <w:r>
        <w:rPr>
          <w:b/>
          <w:sz w:val="52"/>
        </w:rPr>
        <w:t>You Are Invited</w:t>
      </w:r>
    </w:p>
    <w:p w14:paraId="35353F5E" w14:textId="77777777" w:rsidR="005868D4" w:rsidRDefault="00000000">
      <w:pPr>
        <w:jc w:val="center"/>
      </w:pPr>
      <w:r>
        <w:rPr>
          <w:sz w:val="36"/>
        </w:rPr>
        <w:t>to a Teddy Bear Tea</w:t>
      </w:r>
    </w:p>
    <w:p w14:paraId="56CCC8DF" w14:textId="77777777" w:rsidR="005868D4" w:rsidRDefault="00000000">
      <w:pPr>
        <w:jc w:val="center"/>
      </w:pPr>
      <w:r>
        <w:br/>
        <w:t>Dear ____________________________</w:t>
      </w:r>
    </w:p>
    <w:p w14:paraId="0942F70B" w14:textId="77777777" w:rsidR="005868D4" w:rsidRDefault="00000000">
      <w:pPr>
        <w:jc w:val="center"/>
      </w:pPr>
      <w:r>
        <w:br/>
        <w:t>Please join us for warm tea, sweet cookies,</w:t>
      </w:r>
    </w:p>
    <w:p w14:paraId="690C2747" w14:textId="77777777" w:rsidR="005868D4" w:rsidRDefault="00000000">
      <w:pPr>
        <w:jc w:val="center"/>
      </w:pPr>
      <w:r>
        <w:t>and a little imagination.</w:t>
      </w:r>
    </w:p>
    <w:p w14:paraId="124BB72C" w14:textId="77777777" w:rsidR="005868D4" w:rsidRDefault="00000000">
      <w:pPr>
        <w:jc w:val="center"/>
      </w:pPr>
      <w:r>
        <w:br/>
        <w:t>Date: ____________________________</w:t>
      </w:r>
    </w:p>
    <w:p w14:paraId="7DBEC76E" w14:textId="77777777" w:rsidR="005868D4" w:rsidRDefault="00000000">
      <w:pPr>
        <w:jc w:val="center"/>
      </w:pPr>
      <w:r>
        <w:t>Time: ____________________________</w:t>
      </w:r>
    </w:p>
    <w:p w14:paraId="1AF5CCDC" w14:textId="77777777" w:rsidR="005868D4" w:rsidRDefault="00000000">
      <w:pPr>
        <w:jc w:val="center"/>
      </w:pPr>
      <w:r>
        <w:t>Bring: Your favourite teddy friend</w:t>
      </w:r>
    </w:p>
    <w:p w14:paraId="62C0DE2D" w14:textId="77777777" w:rsidR="005868D4" w:rsidRDefault="00000000">
      <w:pPr>
        <w:jc w:val="center"/>
      </w:pPr>
      <w:r>
        <w:br/>
        <w:t>With love,</w:t>
      </w:r>
    </w:p>
    <w:p w14:paraId="1C183E6A" w14:textId="77777777" w:rsidR="005868D4" w:rsidRDefault="00000000">
      <w:pPr>
        <w:jc w:val="center"/>
      </w:pPr>
      <w:r>
        <w:t>____________________________</w:t>
      </w:r>
    </w:p>
    <w:p w14:paraId="691F28B8" w14:textId="77777777" w:rsidR="005868D4" w:rsidRDefault="00000000">
      <w:pPr>
        <w:jc w:val="center"/>
      </w:pPr>
      <w:r>
        <w:br/>
        <w:t>Whispers From a Tree</w:t>
      </w:r>
    </w:p>
    <w:p w14:paraId="6B6A0E3B" w14:textId="77777777" w:rsidR="005868D4" w:rsidRDefault="00000000">
      <w:pPr>
        <w:jc w:val="center"/>
      </w:pPr>
      <w:r>
        <w:br/>
        <w:t>------------------------------------------------------------</w:t>
      </w:r>
      <w:r>
        <w:br/>
      </w:r>
    </w:p>
    <w:p w14:paraId="5EB0E325" w14:textId="77777777" w:rsidR="005868D4" w:rsidRDefault="00000000">
      <w:pPr>
        <w:jc w:val="center"/>
      </w:pPr>
      <w:r>
        <w:rPr>
          <w:b/>
          <w:sz w:val="44"/>
        </w:rPr>
        <w:t>Whispers Tea Menu</w:t>
      </w:r>
    </w:p>
    <w:p w14:paraId="4306EA11" w14:textId="77777777" w:rsidR="005868D4" w:rsidRDefault="00000000">
      <w:pPr>
        <w:jc w:val="center"/>
      </w:pPr>
      <w:r>
        <w:br/>
        <w:t>Warm Tea with a Sprinkle of Kindness</w:t>
      </w:r>
    </w:p>
    <w:p w14:paraId="7B4E7007" w14:textId="77777777" w:rsidR="005868D4" w:rsidRDefault="00000000">
      <w:pPr>
        <w:jc w:val="center"/>
      </w:pPr>
      <w:r>
        <w:t>Patch’s Soft Chocolate Chip Tea Cookies</w:t>
      </w:r>
    </w:p>
    <w:p w14:paraId="0B2CC54A" w14:textId="77777777" w:rsidR="005868D4" w:rsidRDefault="00000000">
      <w:pPr>
        <w:jc w:val="center"/>
      </w:pPr>
      <w:r>
        <w:t>Berry Smiles (real or pretend!)</w:t>
      </w:r>
    </w:p>
    <w:p w14:paraId="4F996E64" w14:textId="77777777" w:rsidR="005868D4" w:rsidRDefault="00000000">
      <w:pPr>
        <w:jc w:val="center"/>
      </w:pPr>
      <w:r>
        <w:t>Imagination Refills — Unlimited</w:t>
      </w:r>
    </w:p>
    <w:p w14:paraId="4C2CC93F" w14:textId="77777777" w:rsidR="005868D4" w:rsidRDefault="00000000">
      <w:pPr>
        <w:jc w:val="center"/>
      </w:pPr>
      <w:r>
        <w:br/>
        <w:t>Best enjoyed with your favourite teddy.</w:t>
      </w:r>
    </w:p>
    <w:sectPr w:rsidR="005868D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56321720">
    <w:abstractNumId w:val="8"/>
  </w:num>
  <w:num w:numId="2" w16cid:durableId="1540893720">
    <w:abstractNumId w:val="6"/>
  </w:num>
  <w:num w:numId="3" w16cid:durableId="1624582507">
    <w:abstractNumId w:val="5"/>
  </w:num>
  <w:num w:numId="4" w16cid:durableId="1063336723">
    <w:abstractNumId w:val="4"/>
  </w:num>
  <w:num w:numId="5" w16cid:durableId="426318337">
    <w:abstractNumId w:val="7"/>
  </w:num>
  <w:num w:numId="6" w16cid:durableId="794837755">
    <w:abstractNumId w:val="3"/>
  </w:num>
  <w:num w:numId="7" w16cid:durableId="927888411">
    <w:abstractNumId w:val="2"/>
  </w:num>
  <w:num w:numId="8" w16cid:durableId="1878201434">
    <w:abstractNumId w:val="1"/>
  </w:num>
  <w:num w:numId="9" w16cid:durableId="268704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F6B32"/>
    <w:rsid w:val="0015074B"/>
    <w:rsid w:val="0029639D"/>
    <w:rsid w:val="00326F90"/>
    <w:rsid w:val="005868D4"/>
    <w:rsid w:val="00AA1D8D"/>
    <w:rsid w:val="00AB3CE5"/>
    <w:rsid w:val="00B47730"/>
    <w:rsid w:val="00CB0664"/>
    <w:rsid w:val="00E5571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713B27"/>
  <w14:defaultImageDpi w14:val="300"/>
  <w15:docId w15:val="{18CB1358-D036-40D6-861F-01EF73669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477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Leigh Black</cp:lastModifiedBy>
  <cp:revision>2</cp:revision>
  <dcterms:created xsi:type="dcterms:W3CDTF">2026-02-24T21:06:00Z</dcterms:created>
  <dcterms:modified xsi:type="dcterms:W3CDTF">2026-02-24T21:06:00Z</dcterms:modified>
  <cp:category/>
</cp:coreProperties>
</file>